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广德、黄山、六安组件清洗服务采购公告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安徽省 / 黄山市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安徽省新能创业投资有限责任公司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2026-10-16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赵主任 / 400-615-8899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本标讯为安徽省 / 黄山市光伏清洗类项目，招标单位为 安徽省新能创业投资有限责任公司。报名截止时间为 2026-10-16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安徽省 / 黄山市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12:23。最新信息请以官方原公告为准。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