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湘西边城机场航站楼及航管楼幕墙、玻璃清洗项目谈判邀请公告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【进行中】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湘西土家族苗族自治州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湘西边城机场有限责任公司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2026-10-09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龙腾辉 / 0743-2196000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湘西土家族苗族自治州幕墙清洗类项目，招标单位为 湘西边城机场有限责任公司。报名截止时间为 2026-10-13，建议投标方重点核对高空作业资质、人员保险、安全施工方案及业绩案例要求，并在原公告渠道下载正式招标文件。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湘西土家族苗族自治州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