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苏州王府井购物中心日常保洁、石材养护服务外包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苏州市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苏州王府井购物中心管理有限公司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雷女士 / 13625299878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苏州市石材翻新养护类项目，招标单位为 苏州王府井购物中心管理有限公司。报名截止时间为 2026-10-20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苏州市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