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古北 99 项目一期外墙清洗服务方案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 00:00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13636538082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本标讯为上海市建筑外墙清洗类项目。报名截止时间为 2026-10-20 00:00，建议投标方重点核对高空作业资质、人员保险、安全施工方案及业绩案例要求，并在原公告渠道下载正式招标文件。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11:18。最新信息请以官方原公告为准。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