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【酒店集团】武汉江城明珠酒店外墙清洗项目（二次）招标公告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湖北省 / 武汉市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武汉武铁酒店旅游管理集团有限公司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010-95306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本标讯为湖北省 / 武汉市建筑外墙清洗类项目，招标单位为 武汉武铁酒店旅游管理集团有限公司。报名截止时间为 2026-11-06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湖北省 / 武汉市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11:46。最新信息请以官方原公告为准。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