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黄岩农商银行总行新大楼外墙清洗及花岗岩养护项目招标公告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台州市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129,000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浙江台州黄岩农村商业银行股份有限公司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张女士 / 0576-84234938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黄岩农商银行总行新大楼外墙清洗及花岗岩养护项目，招标人浙江台州黄岩农村商业银行股份有限公司，浙江信达工程咨询有限公司代理，公开招标，最高投标限价12.9万元。服务内容为总行新大楼外墙清洗及花岗岩养护，服务期为合同签订并收到开工通知书后15个日历天内完成全部工作。招标文件获取时间为2026年10月20日至10月26日（双休日及法定节假日除外），可到临海市江滨东路295号五楼招标代理部现场报名或网上报名，不接受联合体投标，投标截止及开标时间为2026年10月29日14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台州市外墙清洗类项目，招标单位为 浙江台州黄岩农村商业银行股份有限公司；预算/金额约 129,000 元。报名截止时间为 2026-10-29 14:00，预计开标时间为 2026-10-29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台州市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129,000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129,000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18:17。最新信息请以官方原公告为准。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