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2026年-2027年联通数科云事业部智算基础设施运营部冷却塔填料清洗更换集中采购项目询比采购公告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1,591,170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联通云数据有限公司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2026-10-21</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2026-10-30 09:30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16601117451</w:t>
            </w:r>
          </w:p>
        </w:tc>
      </w:tr>
    </w:tbl>
    <w:p>
      <w:pPr>
        <w:spacing w:before="280" w:after="120"/>
      </w:pPr>
      <w:r>
        <w:rPr>
          <w:rFonts w:ascii="Times New Roman" w:hAnsi="Times New Roman" w:eastAsia="微软雅黑"/>
          <w:b/>
          <w:color w:val="FE4C4C"/>
          <w:sz w:val="28"/>
        </w:rPr>
        <w:t>▍项目概况（据原文公告）</w:t>
      </w:r>
    </w:p>
    <w:p>
      <w:r>
        <w:t>2026-2027年联通数科云事业部智算基础设施运营部冷却塔填料清洗更换服务集中采购项目。服务内容涵盖冷却塔填料及配套系统的清洗、更换与维护，以保障智算基础设施冷却系统稳定运行。具体服务范围、技术要求、服务周期及验收标准以采购文件为准。</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本标讯为北京市工业设备清洗类项目，招标单位为 联通云数据有限公司；预算/金额约 1,591,170 元。报名截止时间为 2026-10-30 09:30，建议投标方重点核对高空作业资质、人员保险、安全施工方案及业绩案例要求，并在原公告渠道下载正式招标文件。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1,591,170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1,591,170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本文档由蜘蛛工标讯系统自动生成，内容采集整理自公开渠道；生成时间：2026-10-21 16:51。最新信息请以官方原公告为准。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