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温州历程招标有限公司关于温州医科大学附属口腔医院2027年空调维保及末端清洗服务的竞争性磋商公告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温州市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温州医科大学附属口腔医院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涂老师 / 0577-88063061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温州医科大学附属口腔医院2027年空调维保及末端清洗服务。服务内容涵盖院区空调系统年度维保及末端（风机盘管、风口等）专业清洗消毒，以保障空调系统运行效率与室内空气卫生安全。维保范围、清洗工艺、服务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温州市工业设备清洗类项目，招标单位为 温州医科大学附属口腔医院。报名截止时间为 2026-11-02，建议投标方重点核对高空作业资质、人员保险、安全施工方案及业绩案例要求，并在原公告渠道下载正式招标文件。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温州市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18:26。最新信息请以官方原公告为准。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