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中国铁路哈尔滨局集团有限公司牡丹江站高空保洁业务外包服务项目招标公告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黑龙江省 / 牡丹江市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高空清洗保洁</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中国铁路哈尔滨局集团有限公司牡丹江站</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2026-10-21</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2026-11-11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2026-11-12 09:00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010-95306</w:t>
            </w:r>
          </w:p>
        </w:tc>
      </w:tr>
    </w:tbl>
    <w:p>
      <w:pPr>
        <w:spacing w:before="280" w:after="120"/>
      </w:pPr>
      <w:r>
        <w:rPr>
          <w:rFonts w:ascii="Times New Roman" w:hAnsi="Times New Roman" w:eastAsia="微软雅黑"/>
          <w:b/>
          <w:color w:val="FE4C4C"/>
          <w:sz w:val="28"/>
        </w:rPr>
        <w:t>▍项目概况（据原文公告）</w:t>
      </w:r>
    </w:p>
    <w:p>
      <w:r>
        <w:t>本项目为中国铁路哈尔滨局集团有限公司牡丹江站高空保洁业务外包服务招标。服务内容涵盖站房及附属建筑外立面、高空区域的专业保洁清洗，以维护站容站貌与客运环境整洁。保洁范围、作业工艺、工期及高空作业资质要求以采购文件为准。</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本标讯为黑龙江省 / 牡丹江市高空清洗保洁类项目，招标单位为 中国铁路哈尔滨局集团有限公司牡丹江站。报名截止时间为 2026-11-11 10:00，预计开标时间为 2026-11-12 09:00，建议投标方重点核对高空作业资质、人员保险、安全施工方案及业绩案例要求，并在原公告渠道下载正式招标文件。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高空清洗保洁</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黑龙江省 / 牡丹江市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针对「高空清洗保洁」场景，蜘蛛工整理了配套清洁方案、作业标准、标书模板及投标必备资料，供会员企业参考使用，可进入方案页面查看详情：https://www.zhizhutegong.com/plan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本文档由蜘蛛工标讯系统自动生成，内容采集整理自公开渠道；生成时间：2026-10-21 18:26。最新信息请以官方原公告为准。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