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油烟管道清洗服务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北京市第二社会福利院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 12:00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李先生 / 01081761431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本项目为工业设备清洗服务采购，针对冷却塔、管道、风管、换热器、罐体等工业设施的积垢与污染物进行专业清洗，以恢复设备性能与运行安全。清洗对象、工艺、作业周期及验收标准以采购文件为准。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本标讯为北京市工业设备清洗类项目，招标单位为 北京市第二社会福利院。报名截止时间为 2026-10-30 12:00，建议投标方重点核对高空作业资质、人员保险、安全施工方案及业绩案例要求，并在原公告渠道下载正式招标文件。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16:51。最新信息请以官方原公告为准。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