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广州南车站2026年本部及沿线各站空调清洗服务项目采购公告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广深铁路股份有限公司广州南车站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林先生 / 020-61352242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广深铁路股份有限公司广州南车站2026年本部及沿线各站空调清洗服务采购。服务内容涵盖车站本部及沿线各站空调机组、末端设备与风管的清洗消毒，保障公共区域空气质量与设备运行效率。采用商务谈判方式，报名后需线下提交资质材料，清洗范围、工艺与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广州市工业设备清洗类项目，招标单位为 广深铁路股份有限公司广州南车站。报名截止时间为 2026-10-29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