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平煤5号综合楼空气检测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河南省 / 平顶山市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平煤股份矿山医疗救护中心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08:30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门老师/杨老师 / 0375-2799282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平煤股份矿山医疗救护中心5号综合楼室内空气检测项目，采购人为平煤股份矿山医疗救护中心，项目编号ZYYZBB-FW-2026-018，采用竞争性磋商方式。采购内容为5号综合楼室内空气检测1项，服务地点由采购人指定。响应人须具有建设行政主管部门颁发的《建设工程质量检测机构资质证书》，检测范围应包含主体结构及装饰装修检测专项，资格后审，不接受联合体且不允许分包转包。报名截止2026年10月26日17时，响应文件递交截止11月6日8时30分，同日9时开始磋商，地点为总医院西门口会议室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本标讯为河南省 / 平顶山市空气检测类项目，招标单位为 平煤股份矿山医疗救护中心。报名截止时间为 2026-11-06 08:30，预计开标时间为 2026-11-06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河南省 / 平顶山市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本文档由蜘蛛工标讯系统自动生成，内容采集整理自公开渠道；生成时间：2026-10-24 14:43。最新信息请以官方原公告为准。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