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昆明洲际酒店水质及空气检测项目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云南省 / 昆明市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云南康旅酒店管理有限公司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陈老师 / 17621845086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云南康旅酒店管理有限公司就昆明洲际酒店客房公共用品、健身房水质及空气检测项目进行招标，服务内容为酒店客房与公共区域公共卫生及空气质量检测。截止时间2026-11-02 17:00。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本标讯为云南省 / 昆明市空气治理检测类项目，招标单位为 云南康旅酒店管理有限公司。报名截止时间为 2026-11-02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云南省 / 昆明市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