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德泽苑大楼外墙清洗项目</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湖南省 / 长沙市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190,000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湖南财母土地开发有限公司天心区分公司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2026-10-28</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2026-10-30 00:00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凌先生 / 18974972162</w:t>
            </w:r>
          </w:p>
        </w:tc>
      </w:tr>
    </w:tbl>
    <w:p>
      <w:pPr>
        <w:spacing w:before="280" w:after="120"/>
      </w:pPr>
      <w:r>
        <w:rPr>
          <w:rFonts w:ascii="Times New Roman" w:hAnsi="Times New Roman" w:eastAsia="微软雅黑"/>
          <w:b/>
          <w:color w:val="FE4C4C"/>
          <w:sz w:val="28"/>
        </w:rPr>
        <w:t>▍项目概况（据原文公告）</w:t>
      </w:r>
    </w:p>
    <w:p>
      <w:r>
        <w:t>德泽苑大楼外墙清洗项目:202610280024:2026-10-2808:42:31截止时间:2026-10-3000:00:00湖南财母土地开发有限公司天心区分公司外墙清洗项目比选公告湖南财母土地开发有限公司天心区分公司对德泽苑大楼外墙清洗项目采用公开比选方式，欢迎符合资格条件的供应商前来参与比选。一、项目基本概况1、项目名称:德泽苑大楼外墙清洗项目2、</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本标讯为湖南省 / 长沙市外墙清洗类项目，招标单位为 湖南财母土地开发有限公司天心区分公司；预算/金额约 190,000 元。报名截止时间为 2026-10-30 00:00，建议投标方重点核对高空作业资质、人员保险、安全施工方案及业绩案例要求，并在原公告渠道下载正式招标文件。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湖南省 / 长沙市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190,000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190,000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本文档由蜘蛛工标讯系统自动生成，内容采集整理自公开渠道；生成时间：2026-10-28 12:53。最新信息请以官方原公告为准。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