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中国化学六化建-海南-海南思可源…化学清洗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海南省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工业设备清洗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中国化学工程第六建设有限公司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2026-10-28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2026-10-31 10:00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与采购内容2.1项目概况与采购内容：标段（包）编号：21102728HXCGFA261007001/01标段（包）名称：中国化学六化建-海南分公司-海南思可源绿能科技有限公司海南思可源30万吨每年生物能源项目-管道化学清洗服务工程-标段包01采购内容及范围：海南思可源绿能科技有限公司海南思可源30万吨每年生物能源项目0902-C-302A/B、201-C-102A/B、201-C-301A/B、0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本标讯为海南省工业设备清洗类项目，招标单位为 中国化学工程第六建设有限公司。报名截止时间为 2026-10-31 10:00，建议投标方重点核对高空作业资质、人员保险、安全施工方案及业绩案例要求，并在原公告渠道下载正式招标文件。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工业设备清洗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海南省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针对「工业设备清洗」场景，蜘蛛工整理了配套清洁方案、作业标准、标书模板及投标必备资料，供会员企业参考使用，可进入方案页面查看详情：https://www.zhizhutegong.com/plan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本文档由蜘蛛工标讯系统自动生成，内容采集整理自公开渠道；生成时间：2026-10-29 09:09。最新信息请以官方原公告为准。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