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遂昌新路湾分院空气检测</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浙江省 / 丽水市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空气治理检测</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遂昌县新路湾镇卫生院</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雷健 / 13454328841</w:t>
            </w:r>
          </w:p>
        </w:tc>
      </w:tr>
    </w:tbl>
    <w:p>
      <w:pPr>
        <w:spacing w:before="280" w:after="120"/>
      </w:pPr>
      <w:r>
        <w:rPr>
          <w:rFonts w:ascii="Times New Roman" w:hAnsi="Times New Roman" w:eastAsia="微软雅黑"/>
          <w:b/>
          <w:color w:val="FE4C4C"/>
          <w:sz w:val="28"/>
        </w:rPr>
        <w:t>▍项目概况（据原文公告）</w:t>
      </w:r>
    </w:p>
    <w:p>
      <w:r>
        <w:t>遂昌县新路湾镇卫生院（遂昌县中医院医共体新路湾分院服务能力提升项目）就新路湾分院综合楼新建项目室内空气检测服务通过网上中介超市公开选取。检测范围为综合楼新建工程竣工验收所需室内空气检测点位，报价已包含检测所有费用，服务金额最低限价2000元、最高限价3000元。竞价时间为2026年10月31日8时至11月2日，采用暗报价最低价中标。具体检测要求详见中介超市项目公告。</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本标讯为浙江省 / 丽水市空气治理检测类项目，招标单位为 遂昌县新路湾镇卫生院；预算/金额约 2,000 元。报名截止时间为 2026-11-02，建议投标方重点核对高空作业资质、人员保险、安全施工方案及业绩案例要求，并在原公告渠道下载正式招标文件。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空气治理检测</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浙江省 / 丽水市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针对「空气治理检测」场景，蜘蛛工整理了配套清洁方案、作业标准、标书模板及投标必备资料，供会员企业参考使用，可进入方案页面查看详情：https://www.zhizhutegong.com/plan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