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重庆中航物业空调末端清洗</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重庆市 / 江北区</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工业设备清洗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中国航空集团旅业有限公司重庆分公司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2026-10-30</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2026-11-05 23:59</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陈静娴 / 02367631081</w:t>
            </w:r>
          </w:p>
        </w:tc>
      </w:tr>
    </w:tbl>
    <w:p>
      <w:pPr>
        <w:spacing w:before="280" w:after="120"/>
      </w:pPr>
      <w:r>
        <w:rPr>
          <w:rFonts w:ascii="Times New Roman" w:hAnsi="Times New Roman" w:eastAsia="微软雅黑"/>
          <w:b/>
          <w:color w:val="FE4C4C"/>
          <w:sz w:val="28"/>
        </w:rPr>
        <w:t>▍项目概况（据原文公告）</w:t>
      </w:r>
    </w:p>
    <w:p>
      <w:r>
        <w:t>中国航空集团旅业有限公司重庆分公司就物业项目部空调末端清洗服务公开谈判采购，服务地点位于重庆市江北区。项目对物业项目部空调末端（风机盘管、风口等）开展专业清洗消毒，消除积尘与微生物污染隐患，保障室内空气质量。供应商须具备相应空调清洗作业资质与人员、设备保障，于2026年11月5日23时59分前递交响应文件。具体清洗范围、工期及技术要求详见谈判文件。</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本标讯为重庆市 / 江北区工业设备清洗类项目，招标单位为 中国航空集团旅业有限公司重庆分公司。报名截止时间为 2026-11-05 23:59，建议投标方重点核对高空作业资质、人员保险、安全施工方案及业绩案例要求，并在原公告渠道下载正式招标文件。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工业设备清洗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重庆市 / 江北区</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公开公告未披露</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高空/外墙类清洁项目普遍关注安全资质、保险覆盖、作业方案与过往业绩，报价需结合工期与风险成本。</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针对「工业设备清洗」场景，蜘蛛工整理了配套清洁方案、作业标准、标书模板及投标必备资料，供会员企业参考使用，可进入方案页面查看详情：https://www.zhizhutegong.com/plan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本文档由蜘蛛工标讯系统自动生成，内容采集整理自公开渠道；生成时间：2026-10-30 18:11。最新信息请以官方原公告为准。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