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北三集司油罐车储油罐清洗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浙江省 / 宁波市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罐体清洗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20,000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宁波北仑第三集装箱码头有限公司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2026-11-02</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2026-11-06 09:30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27699211</w:t>
            </w:r>
          </w:p>
        </w:tc>
      </w:tr>
    </w:tbl>
    <w:p>
      <w:pPr>
        <w:spacing w:before="280" w:after="120"/>
      </w:pPr>
      <w:r>
        <w:rPr>
          <w:rFonts w:ascii="Times New Roman" w:hAnsi="Times New Roman" w:eastAsia="微软雅黑"/>
          <w:b/>
          <w:color w:val="FE4C4C"/>
          <w:sz w:val="28"/>
        </w:rPr>
        <w:t>▍项目概况（据原文公告）</w:t>
      </w:r>
    </w:p>
    <w:p>
      <w:r>
        <w:t>宁波北仑第三集装箱码头有限公司就北三集司油罐车罐体及柴油储油罐清洗项目（采购单号P-XJ-26-016084）公开询价，最高限价2万元。清洗对象为甬港11004、甬港10997两台油罐车罐体，以及东片区2只50立方柴油储油罐。要求接通知后第2个工作日内当天完成。资格前审，按最低总价定标，不接受联合体、不得分包转包。报价截止2026年11月6日9:30。</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本标讯为浙江省 / 宁波市罐体清洗类项目，招标单位为 宁波北仑第三集装箱码头有限公司；预算/金额约 20,000 元。报名截止时间为 2026-11-06 09:30，建议投标方重点核对高空作业资质、人员保险、安全施工方案及业绩案例要求，并在原公告渠道下载正式招标文件。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罐体清洗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浙江省 / 宁波市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20,000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20,000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针对「罐体清洗」场景，蜘蛛工整理了配套清洁方案、作业标准、标书模板及投标必备资料，供会员企业参考使用，可进入方案页面查看详情：https://www.zhizhutegong.com/plan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本文档由蜘蛛工标讯系统自动生成，内容采集整理自公开渠道；生成时间：2026-11-02 11:48。最新信息请以官方原公告为准。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