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某部油库油罐清洗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西藏自治区 / 昌都市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罐体清洗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110,000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某部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16:00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16:30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杜先生 / 15331339838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某部油库20座油罐清洗服务项目（编号2026-JLSCDK-F4008），位于西藏昌都市八宿县。清洗对象为10座100立方米卧式油罐及10座25立方米地埋罐，含清空、清洗、除锈、防腐涂层修复及技术状况检测，清洗废物合规处置，恢复后确保密封不渗漏。介质含柴油、航煤、汽油。工期签约后45天内完成，预算11万元，投标截止2026年11月12日16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本标讯为西藏自治区 / 昌都市罐体清洗类项目，招标单位为 某部；预算/金额约 110,000 元。报名截止时间为 2026-11-12 16:00，预计开标时间为 2026-11-12 16:30，建议投标方重点核对高空作业资质、人员保险、安全施工方案及业绩案例要求，并在原公告渠道下载正式招标文件。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罐体清洗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西藏自治区 / 昌都市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110,000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110,000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针对「罐体清洗」场景，蜘蛛工整理了配套清洁方案、作业标准、标书模板及投标必备资料，供会员企业参考使用，可进入方案页面查看详情：https://www.zhizhutegong.com/plan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本文档由蜘蛛工标讯系统自动生成，内容采集整理自公开渠道；生成时间：2026-11-04 12:52。最新信息请以官方原公告为准。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