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昆明卫生院空气治理</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云南省 / 昆明市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空气治理检测</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25,000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昆明市五华区黑林铺街道卫生院</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2026-11-03</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2026-11-06 17:00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邓老师 / 0871－68265022</w:t>
            </w:r>
          </w:p>
        </w:tc>
      </w:tr>
    </w:tbl>
    <w:p>
      <w:pPr>
        <w:spacing w:before="280" w:after="120"/>
      </w:pPr>
      <w:r>
        <w:rPr>
          <w:rFonts w:ascii="Times New Roman" w:hAnsi="Times New Roman" w:eastAsia="微软雅黑"/>
          <w:b/>
          <w:color w:val="FE4C4C"/>
          <w:sz w:val="28"/>
        </w:rPr>
        <w:t>▍项目概况（据原文公告）</w:t>
      </w:r>
    </w:p>
    <w:p>
      <w:r>
        <w:t>昆明市五华区黑林铺街道卫生院新搬迁业务用房室内空气治理及检测服务，服务面积约2000㎡。采购内容含室内空气污染治理施工与治理后空气检测（甲醛、苯、甲苯、二甲苯、TVOC等），须按GB/T 18883-2022标准出具CMA检测报告，不合格免费复治。预算2.5万元为最高限价，响应截止2026年11月6日17:00。</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本标讯为云南省 / 昆明市空气治理检测类项目，招标单位为 昆明市五华区黑林铺街道卫生院；预算/金额约 25,000 元。报名截止时间为 2026-11-06 17:00，建议投标方重点核对高空作业资质、人员保险、安全施工方案及业绩案例要求，并在原公告渠道下载正式招标文件。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空气治理检测</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云南省 / 昆明市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25,000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报价策略：结合预算 25,000 元，测算人工、设备、药剂、保险及管理成本，预留安全与不可预见费。</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针对「空气治理检测」场景，蜘蛛工整理了配套清洁方案、作业标准、标书模板及投标必备资料，供会员企业参考使用，可进入方案页面查看详情：https://www.zhizhutegong.com/plan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本文档由蜘蛛工标讯系统自动生成，内容采集整理自公开渠道；生成时间：2026-11-04 12:52。最新信息请以官方原公告为准。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