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八宿幼儿园空气检测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西藏自治区 / 昌都市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17,000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八宿县教育局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2026-11-09 00:00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陈老师 / 0895-4562158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八宿县乃然易地扶贫安置点幼儿园空气检测服务，采购人为八宿县教育局，预算金额1.7万元，服务周期30天，报价方式为价格，评选方式综合评分，具体内容以合同签订为准。项目需求为对安置点幼儿园开展室内空气检测，报名供应商不足三家将流标。公告发布于2026年11月4日13:52，报名结束时间2026年11月9日00:00。有意供应商应在报名截止前完成平台报名，并按平台要求提交响应文件及报价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本标讯为西藏自治区 / 昌都市空气检测类项目，招标单位为 八宿县教育局；预算/金额约 17,000 元。报名截止时间为 2026-11-09 00:00，建议投标方重点核对高空作业资质、人员保险、安全施工方案及业绩案例要求，并在原公告渠道下载正式招标文件。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西藏自治区 / 昌都市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17,000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17,000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