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鹤庆水泥冷凝器清洗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云南省 / 大理白族自治州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工业冷却器清洗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华润水泥(鹤庆)有限公司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2026-11-06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2026-11-11 10:00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曾志虎 / 13987282413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华润水泥（鹤庆）有限公司就 2026 年余热发电冷凝器清洗服务公开询比价，公告编号 SNXYGG202611050057，采购明细为冷凝器清洗 1 批，范围详见采购文件。供应商须有独立法人资格与营业执照，提供近三年 1 个类似业绩合同关键页及发票，并盖章上传安全承诺书。文件在华润守正平台自行下载，响应文件 11 月 11 日 10:00 前线上递交，逾期拒收。联系人曾志虎 13987282413。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本标讯为云南省 / 大理白族自治州工业冷却器清洗类项目，招标单位为 华润水泥(鹤庆)有限公司。报名截止时间为 2026-11-11 10:00，建议投标方重点核对高空作业资质、人员保险、安全施工方案及业绩案例要求，并在原公告渠道下载正式招标文件。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工业冷却器清洗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云南省 / 大理白族自治州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针对「工业冷却器清洗」场景，蜘蛛工整理了配套清洁方案、作业标准、标书模板及投标必备资料，供会员企业参考使用，可进入方案页面查看详情：https://www.zhizhutegong.com/plan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本文档由蜘蛛工标讯系统自动生成，内容采集整理自公开渠道；生成时间：2026-11-06 09:27。最新信息请以官方原公告为准。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